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5B49F8" w14:textId="77777777" w:rsidR="00C47AB1" w:rsidRPr="00FA3B62" w:rsidRDefault="00BE2255" w:rsidP="008A4503">
      <w:pPr>
        <w:pStyle w:val="Nzev"/>
        <w:jc w:val="center"/>
        <w:rPr>
          <w:b/>
          <w:sz w:val="32"/>
          <w:szCs w:val="32"/>
        </w:rPr>
      </w:pPr>
      <w:r w:rsidRPr="00FA3B62">
        <w:rPr>
          <w:b/>
          <w:sz w:val="32"/>
          <w:szCs w:val="32"/>
        </w:rPr>
        <w:t>POTVRZENÍ O ŘÁDNÉM OČKOVÁNÍ DÍTĚTE</w:t>
      </w:r>
    </w:p>
    <w:p w14:paraId="665B49F9" w14:textId="77777777" w:rsidR="00C47AB1" w:rsidRPr="00FA3B62" w:rsidRDefault="00BE2255">
      <w:pPr>
        <w:jc w:val="center"/>
        <w:rPr>
          <w:rFonts w:ascii="Arial" w:hAnsi="Arial" w:cs="Arial"/>
          <w:sz w:val="24"/>
          <w:szCs w:val="24"/>
        </w:rPr>
      </w:pPr>
      <w:r w:rsidRPr="00FA3B62">
        <w:rPr>
          <w:rFonts w:ascii="Arial" w:hAnsi="Arial" w:cs="Arial"/>
          <w:b/>
          <w:sz w:val="24"/>
          <w:szCs w:val="24"/>
        </w:rPr>
        <w:t>Dětská skupina Včeličky a Dětská skupina Medvídci</w:t>
      </w:r>
    </w:p>
    <w:p w14:paraId="665B49FA" w14:textId="77777777" w:rsidR="00C47AB1" w:rsidRPr="00FA3B62" w:rsidRDefault="00BE2255">
      <w:pPr>
        <w:rPr>
          <w:rFonts w:ascii="Arial" w:hAnsi="Arial" w:cs="Arial"/>
          <w:sz w:val="24"/>
          <w:szCs w:val="24"/>
        </w:rPr>
      </w:pPr>
      <w:r w:rsidRPr="00FA3B62">
        <w:rPr>
          <w:rFonts w:ascii="Arial" w:hAnsi="Arial" w:cs="Arial"/>
          <w:sz w:val="24"/>
          <w:szCs w:val="24"/>
        </w:rPr>
        <w:t>V souladu s § 50 zákona č. 258/2000 Sb., o ochraně veřejného zdraví, potvrzuji, že:</w:t>
      </w:r>
    </w:p>
    <w:p w14:paraId="665B49FB" w14:textId="77777777" w:rsidR="00C47AB1" w:rsidRPr="00FA3B62" w:rsidRDefault="00BE2255">
      <w:pPr>
        <w:rPr>
          <w:rFonts w:ascii="Arial" w:hAnsi="Arial" w:cs="Arial"/>
          <w:sz w:val="24"/>
          <w:szCs w:val="24"/>
        </w:rPr>
      </w:pPr>
      <w:r w:rsidRPr="00FA3B62">
        <w:rPr>
          <w:rFonts w:ascii="Arial" w:hAnsi="Arial" w:cs="Arial"/>
          <w:sz w:val="24"/>
          <w:szCs w:val="24"/>
        </w:rPr>
        <w:t>Jméno a příjmení dítěte: ____________________________________________</w:t>
      </w:r>
    </w:p>
    <w:p w14:paraId="665B49FC" w14:textId="77777777" w:rsidR="00C47AB1" w:rsidRPr="00FA3B62" w:rsidRDefault="00BE2255">
      <w:pPr>
        <w:rPr>
          <w:rFonts w:ascii="Arial" w:hAnsi="Arial" w:cs="Arial"/>
          <w:sz w:val="24"/>
          <w:szCs w:val="24"/>
        </w:rPr>
      </w:pPr>
      <w:r w:rsidRPr="00FA3B62">
        <w:rPr>
          <w:rFonts w:ascii="Arial" w:hAnsi="Arial" w:cs="Arial"/>
          <w:sz w:val="24"/>
          <w:szCs w:val="24"/>
        </w:rPr>
        <w:t>Datum narození: _________________________________________________</w:t>
      </w:r>
    </w:p>
    <w:p w14:paraId="665B49FD" w14:textId="77777777" w:rsidR="00C47AB1" w:rsidRPr="00FA3B62" w:rsidRDefault="00C47AB1">
      <w:pPr>
        <w:rPr>
          <w:rFonts w:ascii="Arial" w:hAnsi="Arial" w:cs="Arial"/>
          <w:sz w:val="24"/>
          <w:szCs w:val="24"/>
        </w:rPr>
      </w:pPr>
    </w:p>
    <w:p w14:paraId="665B49FE" w14:textId="77777777" w:rsidR="00C47AB1" w:rsidRPr="00FA3B62" w:rsidRDefault="00BE2255">
      <w:pPr>
        <w:rPr>
          <w:rFonts w:ascii="Arial" w:hAnsi="Arial" w:cs="Arial"/>
          <w:sz w:val="24"/>
          <w:szCs w:val="24"/>
        </w:rPr>
      </w:pPr>
      <w:r w:rsidRPr="00FA3B62">
        <w:rPr>
          <w:rFonts w:ascii="Arial" w:cs="Arial"/>
          <w:sz w:val="24"/>
          <w:szCs w:val="24"/>
        </w:rPr>
        <w:t>☐</w:t>
      </w:r>
      <w:r w:rsidRPr="00FA3B62">
        <w:rPr>
          <w:rFonts w:ascii="Arial" w:hAnsi="Arial" w:cs="Arial"/>
          <w:sz w:val="24"/>
          <w:szCs w:val="24"/>
        </w:rPr>
        <w:t xml:space="preserve"> dítě je řádně očkováno podle platného očkovacího kalendáře</w:t>
      </w:r>
    </w:p>
    <w:p w14:paraId="665B49FF" w14:textId="77777777" w:rsidR="00C47AB1" w:rsidRPr="00FA3B62" w:rsidRDefault="00BE2255">
      <w:pPr>
        <w:rPr>
          <w:rFonts w:ascii="Arial" w:hAnsi="Arial" w:cs="Arial"/>
          <w:sz w:val="24"/>
          <w:szCs w:val="24"/>
        </w:rPr>
      </w:pPr>
      <w:r w:rsidRPr="00FA3B62">
        <w:rPr>
          <w:rFonts w:ascii="Arial" w:cs="Arial"/>
          <w:sz w:val="24"/>
          <w:szCs w:val="24"/>
        </w:rPr>
        <w:t>☐</w:t>
      </w:r>
      <w:r w:rsidRPr="00FA3B62">
        <w:rPr>
          <w:rFonts w:ascii="Arial" w:hAnsi="Arial" w:cs="Arial"/>
          <w:sz w:val="24"/>
          <w:szCs w:val="24"/>
        </w:rPr>
        <w:t xml:space="preserve"> dítě má trvalou kontraindikaci k očkování</w:t>
      </w:r>
    </w:p>
    <w:p w14:paraId="665B4A00" w14:textId="77777777" w:rsidR="00C47AB1" w:rsidRPr="00FA3B62" w:rsidRDefault="00BE2255">
      <w:pPr>
        <w:rPr>
          <w:rFonts w:ascii="Arial" w:hAnsi="Arial" w:cs="Arial"/>
          <w:sz w:val="24"/>
          <w:szCs w:val="24"/>
        </w:rPr>
      </w:pPr>
      <w:r w:rsidRPr="00FA3B62">
        <w:rPr>
          <w:rFonts w:ascii="Arial" w:cs="Arial"/>
          <w:sz w:val="24"/>
          <w:szCs w:val="24"/>
        </w:rPr>
        <w:t>☐</w:t>
      </w:r>
      <w:r w:rsidRPr="00FA3B62">
        <w:rPr>
          <w:rFonts w:ascii="Arial" w:hAnsi="Arial" w:cs="Arial"/>
          <w:sz w:val="24"/>
          <w:szCs w:val="24"/>
        </w:rPr>
        <w:t xml:space="preserve"> dítě je proti nákaze imunní</w:t>
      </w:r>
    </w:p>
    <w:p w14:paraId="665B4A01" w14:textId="77777777" w:rsidR="00C47AB1" w:rsidRPr="00FA3B62" w:rsidRDefault="00C47AB1">
      <w:pPr>
        <w:rPr>
          <w:rFonts w:ascii="Arial" w:hAnsi="Arial" w:cs="Arial"/>
          <w:sz w:val="24"/>
          <w:szCs w:val="24"/>
        </w:rPr>
      </w:pPr>
    </w:p>
    <w:p w14:paraId="665B4A02" w14:textId="77777777" w:rsidR="00C47AB1" w:rsidRPr="00FA3B62" w:rsidRDefault="00BE2255">
      <w:pPr>
        <w:rPr>
          <w:rFonts w:ascii="Arial" w:hAnsi="Arial" w:cs="Arial"/>
          <w:sz w:val="24"/>
          <w:szCs w:val="24"/>
        </w:rPr>
      </w:pPr>
      <w:r w:rsidRPr="00FA3B62">
        <w:rPr>
          <w:rFonts w:ascii="Arial" w:hAnsi="Arial" w:cs="Arial"/>
          <w:sz w:val="24"/>
          <w:szCs w:val="24"/>
        </w:rPr>
        <w:t>Toto potvrzení se vydává pro účely přijetí dítěte do dětské skupiny.</w:t>
      </w:r>
    </w:p>
    <w:p w14:paraId="665B4A03" w14:textId="77777777" w:rsidR="00C47AB1" w:rsidRPr="00FA3B62" w:rsidRDefault="00C47AB1">
      <w:pPr>
        <w:rPr>
          <w:rFonts w:ascii="Arial" w:hAnsi="Arial" w:cs="Arial"/>
          <w:sz w:val="24"/>
          <w:szCs w:val="24"/>
        </w:rPr>
      </w:pPr>
    </w:p>
    <w:p w14:paraId="665B4A04" w14:textId="77777777" w:rsidR="00C47AB1" w:rsidRPr="00FA3B62" w:rsidRDefault="00BE2255">
      <w:pPr>
        <w:rPr>
          <w:rFonts w:ascii="Arial" w:hAnsi="Arial" w:cs="Arial"/>
          <w:sz w:val="24"/>
          <w:szCs w:val="24"/>
        </w:rPr>
      </w:pPr>
      <w:r w:rsidRPr="00FA3B62">
        <w:rPr>
          <w:rFonts w:ascii="Arial" w:hAnsi="Arial" w:cs="Arial"/>
          <w:sz w:val="24"/>
          <w:szCs w:val="24"/>
        </w:rPr>
        <w:t>Datum vystavení: _________________________________________________</w:t>
      </w:r>
    </w:p>
    <w:p w14:paraId="665B4A05" w14:textId="77777777" w:rsidR="00C47AB1" w:rsidRPr="00FA3B62" w:rsidRDefault="00C47AB1">
      <w:pPr>
        <w:rPr>
          <w:rFonts w:ascii="Arial" w:hAnsi="Arial" w:cs="Arial"/>
          <w:sz w:val="24"/>
          <w:szCs w:val="24"/>
        </w:rPr>
      </w:pPr>
    </w:p>
    <w:p w14:paraId="665B4A06" w14:textId="77777777" w:rsidR="00C47AB1" w:rsidRPr="00FA3B62" w:rsidRDefault="00BE2255">
      <w:pPr>
        <w:rPr>
          <w:rFonts w:ascii="Arial" w:hAnsi="Arial" w:cs="Arial"/>
          <w:sz w:val="24"/>
          <w:szCs w:val="24"/>
        </w:rPr>
      </w:pPr>
      <w:r w:rsidRPr="00FA3B62">
        <w:rPr>
          <w:rFonts w:ascii="Arial" w:hAnsi="Arial" w:cs="Arial"/>
          <w:sz w:val="24"/>
          <w:szCs w:val="24"/>
        </w:rPr>
        <w:t>Razítko a podpis praktického lékaře pro děti a dorost:</w:t>
      </w:r>
    </w:p>
    <w:p w14:paraId="665B4A07" w14:textId="77777777" w:rsidR="00C47AB1" w:rsidRPr="00FA3B62" w:rsidRDefault="00C47AB1">
      <w:pPr>
        <w:rPr>
          <w:rFonts w:ascii="Arial" w:hAnsi="Arial" w:cs="Arial"/>
          <w:sz w:val="24"/>
          <w:szCs w:val="24"/>
        </w:rPr>
      </w:pPr>
    </w:p>
    <w:p w14:paraId="665B4A08" w14:textId="77777777" w:rsidR="00C47AB1" w:rsidRPr="00FA3B62" w:rsidRDefault="00BE2255">
      <w:pPr>
        <w:rPr>
          <w:rFonts w:ascii="Arial" w:hAnsi="Arial" w:cs="Arial"/>
          <w:sz w:val="24"/>
          <w:szCs w:val="24"/>
        </w:rPr>
      </w:pPr>
      <w:r w:rsidRPr="00FA3B62">
        <w:rPr>
          <w:rFonts w:ascii="Arial" w:hAnsi="Arial" w:cs="Arial"/>
          <w:sz w:val="24"/>
          <w:szCs w:val="24"/>
        </w:rPr>
        <w:t>_______________________________________________________________</w:t>
      </w:r>
    </w:p>
    <w:p w14:paraId="665B4A09" w14:textId="77777777" w:rsidR="00C47AB1" w:rsidRPr="00FA3B62" w:rsidRDefault="00C47AB1">
      <w:pPr>
        <w:rPr>
          <w:rFonts w:ascii="Arial" w:hAnsi="Arial" w:cs="Arial"/>
          <w:sz w:val="24"/>
          <w:szCs w:val="24"/>
        </w:rPr>
      </w:pPr>
    </w:p>
    <w:p w14:paraId="665B4A0A" w14:textId="77777777" w:rsidR="00C47AB1" w:rsidRPr="00FA3B62" w:rsidRDefault="00BE2255">
      <w:pPr>
        <w:rPr>
          <w:rFonts w:ascii="Arial" w:hAnsi="Arial" w:cs="Arial"/>
          <w:sz w:val="24"/>
          <w:szCs w:val="24"/>
        </w:rPr>
      </w:pPr>
      <w:r w:rsidRPr="00FA3B62">
        <w:rPr>
          <w:rFonts w:ascii="Arial" w:hAnsi="Arial" w:cs="Arial"/>
          <w:b/>
          <w:sz w:val="24"/>
          <w:szCs w:val="24"/>
        </w:rPr>
        <w:t>Prohlášení zákonného zástupce</w:t>
      </w:r>
    </w:p>
    <w:p w14:paraId="665B4A0B" w14:textId="77777777" w:rsidR="00C47AB1" w:rsidRPr="00FA3B62" w:rsidRDefault="00BE2255">
      <w:pPr>
        <w:rPr>
          <w:rFonts w:ascii="Arial" w:hAnsi="Arial" w:cs="Arial"/>
          <w:sz w:val="24"/>
          <w:szCs w:val="24"/>
        </w:rPr>
      </w:pPr>
      <w:r w:rsidRPr="00FA3B62">
        <w:rPr>
          <w:rFonts w:ascii="Arial" w:hAnsi="Arial" w:cs="Arial"/>
          <w:sz w:val="24"/>
          <w:szCs w:val="24"/>
        </w:rPr>
        <w:t>Potvrzuji, že uvedené údaje jsou pravdivé a že oznámím poskytovateli dětské skupiny každou změnu týkající se zdravotního stavu dítěte.</w:t>
      </w:r>
    </w:p>
    <w:p w14:paraId="665B4A0C" w14:textId="77777777" w:rsidR="00C47AB1" w:rsidRPr="00FA3B62" w:rsidRDefault="00C47AB1">
      <w:pPr>
        <w:rPr>
          <w:rFonts w:ascii="Arial" w:hAnsi="Arial" w:cs="Arial"/>
          <w:sz w:val="24"/>
          <w:szCs w:val="24"/>
        </w:rPr>
      </w:pPr>
    </w:p>
    <w:p w14:paraId="665B4A0D" w14:textId="77777777" w:rsidR="00C47AB1" w:rsidRPr="00FA3B62" w:rsidRDefault="00BE2255">
      <w:pPr>
        <w:rPr>
          <w:rFonts w:ascii="Arial" w:hAnsi="Arial" w:cs="Arial"/>
          <w:sz w:val="24"/>
          <w:szCs w:val="24"/>
        </w:rPr>
      </w:pPr>
      <w:r w:rsidRPr="00FA3B62">
        <w:rPr>
          <w:rFonts w:ascii="Arial" w:hAnsi="Arial" w:cs="Arial"/>
          <w:sz w:val="24"/>
          <w:szCs w:val="24"/>
        </w:rPr>
        <w:t>Jméno a příjmení zákonného zástupce: ________________________________</w:t>
      </w:r>
    </w:p>
    <w:p w14:paraId="665B4A0E" w14:textId="77777777" w:rsidR="00C47AB1" w:rsidRPr="008A4503" w:rsidRDefault="00BE2255">
      <w:pPr>
        <w:rPr>
          <w:rFonts w:ascii="Arial" w:hAnsi="Arial" w:cs="Arial"/>
          <w:sz w:val="24"/>
          <w:szCs w:val="24"/>
        </w:rPr>
      </w:pPr>
      <w:r w:rsidRPr="00FA3B62">
        <w:rPr>
          <w:rFonts w:ascii="Arial" w:hAnsi="Arial" w:cs="Arial"/>
          <w:sz w:val="24"/>
          <w:szCs w:val="24"/>
        </w:rPr>
        <w:t>Datum: ___________________    Podpis: _____________________________</w:t>
      </w:r>
    </w:p>
    <w:sectPr w:rsidR="00C47AB1" w:rsidRPr="008A4503" w:rsidSect="00034616">
      <w:headerReference w:type="default" r:id="rId8"/>
      <w:pgSz w:w="12240" w:h="15840"/>
      <w:pgMar w:top="800" w:right="1800" w:bottom="80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1EF78E" w14:textId="77777777" w:rsidR="008F0E60" w:rsidRPr="00FA3B62" w:rsidRDefault="008F0E60" w:rsidP="008A4503">
      <w:pPr>
        <w:spacing w:after="0" w:line="240" w:lineRule="auto"/>
      </w:pPr>
      <w:r w:rsidRPr="00FA3B62">
        <w:separator/>
      </w:r>
    </w:p>
  </w:endnote>
  <w:endnote w:type="continuationSeparator" w:id="0">
    <w:p w14:paraId="04920B0E" w14:textId="77777777" w:rsidR="008F0E60" w:rsidRPr="00FA3B62" w:rsidRDefault="008F0E60" w:rsidP="008A4503">
      <w:pPr>
        <w:spacing w:after="0" w:line="240" w:lineRule="auto"/>
      </w:pPr>
      <w:r w:rsidRPr="00FA3B6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C3D393" w14:textId="77777777" w:rsidR="008F0E60" w:rsidRPr="00FA3B62" w:rsidRDefault="008F0E60" w:rsidP="008A4503">
      <w:pPr>
        <w:spacing w:after="0" w:line="240" w:lineRule="auto"/>
      </w:pPr>
      <w:r w:rsidRPr="00FA3B62">
        <w:separator/>
      </w:r>
    </w:p>
  </w:footnote>
  <w:footnote w:type="continuationSeparator" w:id="0">
    <w:p w14:paraId="10685579" w14:textId="77777777" w:rsidR="008F0E60" w:rsidRPr="00FA3B62" w:rsidRDefault="008F0E60" w:rsidP="008A4503">
      <w:pPr>
        <w:spacing w:after="0" w:line="240" w:lineRule="auto"/>
      </w:pPr>
      <w:r w:rsidRPr="00FA3B6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B4A13" w14:textId="77777777" w:rsidR="008A4503" w:rsidRPr="00FA3B62" w:rsidRDefault="008A4503" w:rsidP="008A4503">
    <w:pPr>
      <w:pStyle w:val="Normlnweb"/>
      <w:jc w:val="center"/>
    </w:pPr>
  </w:p>
  <w:p w14:paraId="665B4A14" w14:textId="77777777" w:rsidR="008A4503" w:rsidRPr="00FA3B62" w:rsidRDefault="008A4503" w:rsidP="008A4503">
    <w:pPr>
      <w:pStyle w:val="Zhlav"/>
      <w:jc w:val="right"/>
    </w:pPr>
    <w:r w:rsidRPr="00FA3B62">
      <w:rPr>
        <w:rFonts w:eastAsia="Arial"/>
        <w:color w:val="666666"/>
        <w:sz w:val="16"/>
      </w:rPr>
      <w:t xml:space="preserve">Základní škola Františka </w:t>
    </w:r>
    <w:proofErr w:type="spellStart"/>
    <w:r w:rsidRPr="00FA3B62">
      <w:rPr>
        <w:rFonts w:eastAsia="Arial"/>
        <w:color w:val="666666"/>
        <w:sz w:val="16"/>
      </w:rPr>
      <w:t>Horenského</w:t>
    </w:r>
    <w:proofErr w:type="spellEnd"/>
    <w:r w:rsidRPr="00FA3B62">
      <w:rPr>
        <w:rFonts w:eastAsia="Arial"/>
        <w:color w:val="666666"/>
        <w:sz w:val="16"/>
      </w:rPr>
      <w:t>, Boršice, příspěvková organizace</w:t>
    </w:r>
  </w:p>
  <w:p w14:paraId="665B4A15" w14:textId="77777777" w:rsidR="008A4503" w:rsidRPr="00FA3B62" w:rsidRDefault="008A4503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54310536">
    <w:abstractNumId w:val="8"/>
  </w:num>
  <w:num w:numId="2" w16cid:durableId="1603302409">
    <w:abstractNumId w:val="6"/>
  </w:num>
  <w:num w:numId="3" w16cid:durableId="839083004">
    <w:abstractNumId w:val="5"/>
  </w:num>
  <w:num w:numId="4" w16cid:durableId="955061917">
    <w:abstractNumId w:val="4"/>
  </w:num>
  <w:num w:numId="5" w16cid:durableId="2063670686">
    <w:abstractNumId w:val="7"/>
  </w:num>
  <w:num w:numId="6" w16cid:durableId="1826165970">
    <w:abstractNumId w:val="3"/>
  </w:num>
  <w:num w:numId="7" w16cid:durableId="1971280895">
    <w:abstractNumId w:val="2"/>
  </w:num>
  <w:num w:numId="8" w16cid:durableId="935942986">
    <w:abstractNumId w:val="1"/>
  </w:num>
  <w:num w:numId="9" w16cid:durableId="18073124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55603"/>
    <w:rsid w:val="008A4503"/>
    <w:rsid w:val="008F0E60"/>
    <w:rsid w:val="00AA1D8D"/>
    <w:rsid w:val="00B47730"/>
    <w:rsid w:val="00BE2255"/>
    <w:rsid w:val="00C47AB1"/>
    <w:rsid w:val="00CB0664"/>
    <w:rsid w:val="00FA3B62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5B49F8"/>
  <w15:docId w15:val="{3A4C4CD9-03F6-4D96-B6D7-08708C0DB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rPr>
      <w:lang w:val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lnweb">
    <w:name w:val="Normal (Web)"/>
    <w:basedOn w:val="Normln"/>
    <w:uiPriority w:val="99"/>
    <w:semiHidden/>
    <w:unhideWhenUsed/>
    <w:rsid w:val="008A45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A45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A45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781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145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Marie Stávková</cp:lastModifiedBy>
  <cp:revision>4</cp:revision>
  <dcterms:created xsi:type="dcterms:W3CDTF">2013-12-23T23:15:00Z</dcterms:created>
  <dcterms:modified xsi:type="dcterms:W3CDTF">2026-07-29T15:13:00Z</dcterms:modified>
  <cp:category/>
</cp:coreProperties>
</file>